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49F23" w14:textId="11C2F487" w:rsidR="000626D3" w:rsidRPr="00675797" w:rsidRDefault="00A953DE" w:rsidP="00A953DE">
      <w:pPr>
        <w:spacing w:after="80"/>
        <w:jc w:val="right"/>
        <w:rPr>
          <w:b/>
          <w:sz w:val="20"/>
          <w:szCs w:val="20"/>
          <w:lang w:eastAsia="ja-JP"/>
        </w:rPr>
      </w:pPr>
      <w:r w:rsidRPr="00675797">
        <w:rPr>
          <w:rFonts w:hint="eastAsia"/>
          <w:b/>
          <w:sz w:val="20"/>
          <w:szCs w:val="20"/>
          <w:lang w:eastAsia="ja-JP"/>
        </w:rPr>
        <w:t>【</w:t>
      </w:r>
      <w:r w:rsidR="000626D3" w:rsidRPr="00675797">
        <w:rPr>
          <w:rFonts w:hint="eastAsia"/>
          <w:b/>
          <w:sz w:val="20"/>
          <w:szCs w:val="20"/>
          <w:lang w:eastAsia="ja-JP"/>
        </w:rPr>
        <w:t>整理番号</w:t>
      </w:r>
      <w:r w:rsidRPr="00675797">
        <w:rPr>
          <w:rFonts w:hint="eastAsia"/>
          <w:b/>
          <w:sz w:val="20"/>
          <w:szCs w:val="20"/>
          <w:lang w:eastAsia="ja-JP"/>
        </w:rPr>
        <w:t>(事務局用)</w:t>
      </w:r>
      <w:r w:rsidR="000626D3" w:rsidRPr="00675797">
        <w:rPr>
          <w:rFonts w:hint="eastAsia"/>
          <w:b/>
          <w:sz w:val="20"/>
          <w:szCs w:val="20"/>
          <w:lang w:eastAsia="ja-JP"/>
        </w:rPr>
        <w:t>:</w:t>
      </w:r>
      <w:r w:rsidRPr="00675797">
        <w:rPr>
          <w:rFonts w:hint="eastAsia"/>
          <w:b/>
          <w:sz w:val="20"/>
          <w:szCs w:val="20"/>
          <w:lang w:eastAsia="ja-JP"/>
        </w:rPr>
        <w:t xml:space="preserve">　　　　　】</w:t>
      </w:r>
    </w:p>
    <w:p w14:paraId="1AAD8BE8" w14:textId="0A649ED2" w:rsidR="00851E26" w:rsidRPr="00675797" w:rsidRDefault="001140C4" w:rsidP="00EB3C8D">
      <w:pPr>
        <w:spacing w:after="80"/>
        <w:ind w:firstLineChars="900" w:firstLine="2119"/>
        <w:rPr>
          <w:b/>
          <w:sz w:val="24"/>
          <w:szCs w:val="24"/>
          <w:lang w:eastAsia="ja-JP"/>
        </w:rPr>
      </w:pPr>
      <w:r w:rsidRPr="00675797">
        <w:rPr>
          <w:rFonts w:hint="eastAsia"/>
          <w:b/>
          <w:sz w:val="24"/>
          <w:szCs w:val="24"/>
          <w:lang w:eastAsia="ja-JP"/>
        </w:rPr>
        <w:t>第1回</w:t>
      </w:r>
      <w:r w:rsidRPr="00675797">
        <w:rPr>
          <w:b/>
          <w:sz w:val="24"/>
          <w:szCs w:val="24"/>
          <w:lang w:eastAsia="ja-JP"/>
        </w:rPr>
        <w:t xml:space="preserve">　広島大学ジャーナリズム大賞　申請書</w:t>
      </w:r>
      <w:r w:rsidR="006F777F" w:rsidRPr="00675797">
        <w:rPr>
          <w:rFonts w:hint="eastAsia"/>
          <w:b/>
          <w:sz w:val="24"/>
          <w:szCs w:val="24"/>
          <w:lang w:eastAsia="ja-JP"/>
        </w:rPr>
        <w:t xml:space="preserve">　</w:t>
      </w:r>
    </w:p>
    <w:p w14:paraId="7929A0C9" w14:textId="512D846D" w:rsidR="006F777F" w:rsidRPr="00675797" w:rsidRDefault="006F777F" w:rsidP="006F777F">
      <w:pPr>
        <w:spacing w:after="80"/>
        <w:ind w:right="235"/>
        <w:jc w:val="right"/>
        <w:rPr>
          <w:bCs/>
          <w:sz w:val="24"/>
          <w:szCs w:val="24"/>
          <w:lang w:eastAsia="ja-JP"/>
        </w:rPr>
      </w:pPr>
      <w:r w:rsidRPr="00675797">
        <w:rPr>
          <w:rFonts w:hint="eastAsia"/>
          <w:bCs/>
          <w:sz w:val="24"/>
          <w:szCs w:val="24"/>
          <w:lang w:eastAsia="ja-JP"/>
        </w:rPr>
        <w:t xml:space="preserve">年　　</w:t>
      </w:r>
      <w:r w:rsidRPr="00675797">
        <w:rPr>
          <w:bCs/>
          <w:sz w:val="24"/>
          <w:szCs w:val="24"/>
          <w:lang w:eastAsia="ja-JP"/>
        </w:rPr>
        <w:t>月</w:t>
      </w:r>
      <w:r w:rsidRPr="00675797">
        <w:rPr>
          <w:rFonts w:hint="eastAsia"/>
          <w:bCs/>
          <w:sz w:val="24"/>
          <w:szCs w:val="24"/>
          <w:lang w:eastAsia="ja-JP"/>
        </w:rPr>
        <w:t xml:space="preserve">　　</w:t>
      </w:r>
      <w:r w:rsidRPr="00675797">
        <w:rPr>
          <w:bCs/>
          <w:sz w:val="24"/>
          <w:szCs w:val="24"/>
          <w:lang w:eastAsia="ja-JP"/>
        </w:rPr>
        <w:t>日</w:t>
      </w:r>
    </w:p>
    <w:p w14:paraId="7FB83F2C" w14:textId="54F37D5D" w:rsidR="006F777F" w:rsidRDefault="006F777F" w:rsidP="006F777F">
      <w:pPr>
        <w:spacing w:after="80"/>
        <w:rPr>
          <w:lang w:eastAsia="ja-JP"/>
        </w:rPr>
      </w:pPr>
      <w:r w:rsidRPr="002B6622">
        <w:rPr>
          <w:rFonts w:asciiTheme="minorEastAsia" w:eastAsiaTheme="minorEastAsia" w:hAnsiTheme="minorEastAsia"/>
          <w:lang w:eastAsia="ja-JP"/>
        </w:rPr>
        <w:t>広島大学ジャーナリズム大賞選考委員会</w:t>
      </w:r>
      <w:r>
        <w:rPr>
          <w:rFonts w:asciiTheme="minorEastAsia" w:eastAsiaTheme="minorEastAsia" w:hAnsiTheme="minorEastAsia" w:hint="eastAsia"/>
          <w:lang w:eastAsia="ja-JP"/>
        </w:rPr>
        <w:t xml:space="preserve">　御中</w:t>
      </w:r>
      <w:r w:rsidR="00675797">
        <w:rPr>
          <w:rFonts w:asciiTheme="minorEastAsia" w:eastAsiaTheme="minorEastAsia" w:hAnsiTheme="minorEastAsia"/>
          <w:lang w:eastAsia="ja-JP"/>
        </w:rPr>
        <w:br/>
      </w:r>
    </w:p>
    <w:p w14:paraId="1FFAE8E9" w14:textId="0D1CD873" w:rsidR="00851E26" w:rsidRDefault="00BB6BEE">
      <w:pPr>
        <w:spacing w:before="100" w:after="40"/>
        <w:rPr>
          <w:lang w:eastAsia="ja-JP"/>
        </w:rPr>
      </w:pPr>
      <w:r>
        <w:rPr>
          <w:b/>
          <w:sz w:val="22"/>
          <w:lang w:eastAsia="ja-JP"/>
        </w:rPr>
        <w:t>1　候補者</w:t>
      </w:r>
      <w:r w:rsidR="00EB3C8D">
        <w:rPr>
          <w:rFonts w:hint="eastAsia"/>
          <w:b/>
          <w:sz w:val="22"/>
          <w:lang w:eastAsia="ja-JP"/>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825"/>
        <w:gridCol w:w="7096"/>
      </w:tblGrid>
      <w:tr w:rsidR="00851E26" w14:paraId="69F49BF0" w14:textId="77777777" w:rsidTr="00675797">
        <w:trPr>
          <w:jc w:val="center"/>
        </w:trPr>
        <w:tc>
          <w:tcPr>
            <w:tcW w:w="2825" w:type="dxa"/>
            <w:shd w:val="clear" w:color="auto" w:fill="F2F2F2"/>
            <w:tcMar>
              <w:top w:w="90" w:type="dxa"/>
              <w:left w:w="100" w:type="dxa"/>
              <w:bottom w:w="90" w:type="dxa"/>
              <w:right w:w="100" w:type="dxa"/>
            </w:tcMar>
            <w:vAlign w:val="center"/>
          </w:tcPr>
          <w:p w14:paraId="77C60330" w14:textId="77777777" w:rsidR="00851E26" w:rsidRDefault="00BB6BEE" w:rsidP="000626D3">
            <w:pPr>
              <w:rPr>
                <w:lang w:eastAsia="ja-JP"/>
              </w:rPr>
            </w:pPr>
            <w:r>
              <w:rPr>
                <w:b/>
                <w:sz w:val="19"/>
                <w:lang w:eastAsia="ja-JP"/>
              </w:rPr>
              <w:t>氏名又は団体名【必須】</w:t>
            </w:r>
          </w:p>
        </w:tc>
        <w:tc>
          <w:tcPr>
            <w:tcW w:w="7096" w:type="dxa"/>
            <w:tcMar>
              <w:top w:w="90" w:type="dxa"/>
              <w:left w:w="100" w:type="dxa"/>
              <w:bottom w:w="90" w:type="dxa"/>
              <w:right w:w="100" w:type="dxa"/>
            </w:tcMar>
            <w:vAlign w:val="center"/>
          </w:tcPr>
          <w:p w14:paraId="027552C2" w14:textId="77777777" w:rsidR="00851E26" w:rsidRDefault="00851E26" w:rsidP="000626D3">
            <w:pPr>
              <w:rPr>
                <w:lang w:eastAsia="ja-JP"/>
              </w:rPr>
            </w:pPr>
          </w:p>
        </w:tc>
      </w:tr>
      <w:tr w:rsidR="00851E26" w14:paraId="21AB441C" w14:textId="77777777" w:rsidTr="00675797">
        <w:trPr>
          <w:jc w:val="center"/>
        </w:trPr>
        <w:tc>
          <w:tcPr>
            <w:tcW w:w="2825" w:type="dxa"/>
            <w:shd w:val="clear" w:color="auto" w:fill="F2F2F2"/>
            <w:tcMar>
              <w:top w:w="90" w:type="dxa"/>
              <w:left w:w="100" w:type="dxa"/>
              <w:bottom w:w="90" w:type="dxa"/>
              <w:right w:w="100" w:type="dxa"/>
            </w:tcMar>
            <w:vAlign w:val="center"/>
          </w:tcPr>
          <w:p w14:paraId="680F409F" w14:textId="77777777" w:rsidR="00851E26" w:rsidRDefault="00BB6BEE" w:rsidP="000626D3">
            <w:proofErr w:type="spellStart"/>
            <w:r>
              <w:rPr>
                <w:b/>
                <w:sz w:val="19"/>
              </w:rPr>
              <w:t>ふりがな【必須</w:t>
            </w:r>
            <w:proofErr w:type="spellEnd"/>
            <w:r>
              <w:rPr>
                <w:b/>
                <w:sz w:val="19"/>
              </w:rPr>
              <w:t>】</w:t>
            </w:r>
          </w:p>
        </w:tc>
        <w:tc>
          <w:tcPr>
            <w:tcW w:w="7096" w:type="dxa"/>
            <w:tcMar>
              <w:top w:w="90" w:type="dxa"/>
              <w:left w:w="100" w:type="dxa"/>
              <w:bottom w:w="90" w:type="dxa"/>
              <w:right w:w="100" w:type="dxa"/>
            </w:tcMar>
            <w:vAlign w:val="center"/>
          </w:tcPr>
          <w:p w14:paraId="2C2EFCF6" w14:textId="77777777" w:rsidR="00851E26" w:rsidRDefault="00851E26" w:rsidP="000626D3"/>
        </w:tc>
      </w:tr>
      <w:tr w:rsidR="000626D3" w14:paraId="5349B611" w14:textId="77777777" w:rsidTr="0001000C">
        <w:trPr>
          <w:jc w:val="center"/>
        </w:trPr>
        <w:tc>
          <w:tcPr>
            <w:tcW w:w="9921" w:type="dxa"/>
            <w:gridSpan w:val="2"/>
            <w:shd w:val="clear" w:color="auto" w:fill="F2F2F2"/>
            <w:tcMar>
              <w:top w:w="90" w:type="dxa"/>
              <w:left w:w="100" w:type="dxa"/>
              <w:bottom w:w="90" w:type="dxa"/>
              <w:right w:w="100" w:type="dxa"/>
            </w:tcMar>
            <w:vAlign w:val="center"/>
          </w:tcPr>
          <w:p w14:paraId="0EC2692E" w14:textId="1700B684" w:rsidR="000626D3" w:rsidRPr="00EB3C8D" w:rsidRDefault="000626D3" w:rsidP="000626D3">
            <w:pPr>
              <w:rPr>
                <w:rFonts w:asciiTheme="majorEastAsia" w:eastAsiaTheme="majorEastAsia" w:hAnsiTheme="majorEastAsia"/>
                <w:b/>
                <w:bCs/>
                <w:sz w:val="20"/>
                <w:szCs w:val="20"/>
                <w:lang w:eastAsia="ja-JP"/>
              </w:rPr>
            </w:pPr>
            <w:r w:rsidRPr="00EB3C8D">
              <w:rPr>
                <w:rFonts w:asciiTheme="majorEastAsia" w:eastAsiaTheme="majorEastAsia" w:hAnsiTheme="majorEastAsia" w:hint="eastAsia"/>
                <w:b/>
                <w:bCs/>
                <w:sz w:val="20"/>
                <w:szCs w:val="20"/>
                <w:lang w:eastAsia="ja-JP"/>
              </w:rPr>
              <w:t>※</w:t>
            </w:r>
            <w:r w:rsidR="0021353D" w:rsidRPr="00EB3C8D">
              <w:rPr>
                <w:rFonts w:asciiTheme="majorEastAsia" w:eastAsiaTheme="majorEastAsia" w:hAnsiTheme="majorEastAsia" w:hint="eastAsia"/>
                <w:b/>
                <w:bCs/>
                <w:sz w:val="20"/>
                <w:szCs w:val="20"/>
                <w:lang w:eastAsia="ja-JP"/>
              </w:rPr>
              <w:t xml:space="preserve"> </w:t>
            </w:r>
            <w:r w:rsidR="00400F1D" w:rsidRPr="00EB3C8D">
              <w:rPr>
                <w:rFonts w:asciiTheme="majorEastAsia" w:eastAsiaTheme="majorEastAsia" w:hAnsiTheme="majorEastAsia"/>
                <w:b/>
                <w:bCs/>
                <w:sz w:val="20"/>
                <w:szCs w:val="20"/>
                <w:lang w:eastAsia="ja-JP"/>
              </w:rPr>
              <w:t>以下の項目は可能な範囲でご記入ください</w:t>
            </w:r>
            <w:r w:rsidR="00400F1D" w:rsidRPr="00EB3C8D">
              <w:rPr>
                <w:rFonts w:asciiTheme="majorEastAsia" w:eastAsiaTheme="majorEastAsia" w:hAnsiTheme="majorEastAsia" w:hint="eastAsia"/>
                <w:b/>
                <w:bCs/>
                <w:sz w:val="20"/>
                <w:szCs w:val="20"/>
                <w:lang w:eastAsia="ja-JP"/>
              </w:rPr>
              <w:t>。</w:t>
            </w:r>
            <w:r w:rsidR="00EB3C8D" w:rsidRPr="00EB3C8D">
              <w:rPr>
                <w:rFonts w:asciiTheme="majorEastAsia" w:eastAsiaTheme="majorEastAsia" w:hAnsiTheme="majorEastAsia" w:hint="eastAsia"/>
                <w:b/>
                <w:bCs/>
                <w:sz w:val="20"/>
                <w:szCs w:val="20"/>
                <w:lang w:eastAsia="ja-JP"/>
              </w:rPr>
              <w:t>（自薦の場合は電話番号及びメールアドレスを必ず記入）</w:t>
            </w:r>
          </w:p>
        </w:tc>
      </w:tr>
      <w:tr w:rsidR="000626D3" w:rsidRPr="00675797" w14:paraId="1948BEFA" w14:textId="77777777" w:rsidTr="00675797">
        <w:trPr>
          <w:jc w:val="center"/>
        </w:trPr>
        <w:tc>
          <w:tcPr>
            <w:tcW w:w="2825" w:type="dxa"/>
            <w:shd w:val="clear" w:color="auto" w:fill="F2F2F2"/>
            <w:tcMar>
              <w:top w:w="90" w:type="dxa"/>
              <w:left w:w="100" w:type="dxa"/>
              <w:bottom w:w="90" w:type="dxa"/>
              <w:right w:w="100" w:type="dxa"/>
            </w:tcMar>
            <w:vAlign w:val="center"/>
          </w:tcPr>
          <w:p w14:paraId="70C25DAA" w14:textId="5CE7A460" w:rsidR="000626D3" w:rsidRPr="00675797" w:rsidRDefault="000626D3" w:rsidP="000626D3">
            <w:pPr>
              <w:rPr>
                <w:b/>
                <w:sz w:val="20"/>
                <w:szCs w:val="20"/>
              </w:rPr>
            </w:pPr>
            <w:proofErr w:type="spellStart"/>
            <w:r w:rsidRPr="00675797">
              <w:rPr>
                <w:b/>
                <w:sz w:val="20"/>
                <w:szCs w:val="20"/>
              </w:rPr>
              <w:t>所属</w:t>
            </w:r>
            <w:proofErr w:type="spellEnd"/>
            <w:r w:rsidRPr="00675797">
              <w:rPr>
                <w:rFonts w:hint="eastAsia"/>
                <w:b/>
                <w:sz w:val="20"/>
                <w:szCs w:val="20"/>
                <w:lang w:eastAsia="ja-JP"/>
              </w:rPr>
              <w:t>機関</w:t>
            </w:r>
            <w:r w:rsidR="00675797">
              <w:rPr>
                <w:rFonts w:hint="eastAsia"/>
                <w:b/>
                <w:sz w:val="20"/>
                <w:szCs w:val="20"/>
                <w:lang w:eastAsia="ja-JP"/>
              </w:rPr>
              <w:t>・組織名</w:t>
            </w:r>
          </w:p>
        </w:tc>
        <w:tc>
          <w:tcPr>
            <w:tcW w:w="7096" w:type="dxa"/>
            <w:tcMar>
              <w:top w:w="90" w:type="dxa"/>
              <w:left w:w="100" w:type="dxa"/>
              <w:bottom w:w="90" w:type="dxa"/>
              <w:right w:w="100" w:type="dxa"/>
            </w:tcMar>
            <w:vAlign w:val="center"/>
          </w:tcPr>
          <w:p w14:paraId="6B9048E1" w14:textId="77777777" w:rsidR="000626D3" w:rsidRPr="00675797" w:rsidRDefault="000626D3" w:rsidP="000626D3">
            <w:pPr>
              <w:rPr>
                <w:sz w:val="20"/>
                <w:szCs w:val="20"/>
              </w:rPr>
            </w:pPr>
          </w:p>
        </w:tc>
      </w:tr>
      <w:tr w:rsidR="000626D3" w:rsidRPr="00675797" w14:paraId="69566F2E" w14:textId="77777777" w:rsidTr="00675797">
        <w:trPr>
          <w:jc w:val="center"/>
        </w:trPr>
        <w:tc>
          <w:tcPr>
            <w:tcW w:w="2825" w:type="dxa"/>
            <w:shd w:val="clear" w:color="auto" w:fill="F2F2F2"/>
            <w:tcMar>
              <w:top w:w="90" w:type="dxa"/>
              <w:left w:w="100" w:type="dxa"/>
              <w:bottom w:w="90" w:type="dxa"/>
              <w:right w:w="100" w:type="dxa"/>
            </w:tcMar>
            <w:vAlign w:val="center"/>
          </w:tcPr>
          <w:p w14:paraId="011A5E32" w14:textId="43C3D77A" w:rsidR="000626D3" w:rsidRPr="00675797" w:rsidRDefault="000626D3" w:rsidP="000626D3">
            <w:pPr>
              <w:rPr>
                <w:b/>
                <w:sz w:val="20"/>
                <w:szCs w:val="20"/>
                <w:lang w:eastAsia="ja-JP"/>
              </w:rPr>
            </w:pPr>
            <w:r w:rsidRPr="00675797">
              <w:rPr>
                <w:rFonts w:hint="eastAsia"/>
                <w:b/>
                <w:sz w:val="20"/>
                <w:szCs w:val="20"/>
                <w:lang w:eastAsia="ja-JP"/>
              </w:rPr>
              <w:t>職名</w:t>
            </w:r>
            <w:r w:rsidR="00675797">
              <w:rPr>
                <w:rFonts w:hint="eastAsia"/>
                <w:b/>
                <w:sz w:val="20"/>
                <w:szCs w:val="20"/>
                <w:lang w:eastAsia="ja-JP"/>
              </w:rPr>
              <w:t>（個人の場合）</w:t>
            </w:r>
          </w:p>
        </w:tc>
        <w:tc>
          <w:tcPr>
            <w:tcW w:w="7096" w:type="dxa"/>
            <w:tcMar>
              <w:top w:w="90" w:type="dxa"/>
              <w:left w:w="100" w:type="dxa"/>
              <w:bottom w:w="90" w:type="dxa"/>
              <w:right w:w="100" w:type="dxa"/>
            </w:tcMar>
            <w:vAlign w:val="center"/>
          </w:tcPr>
          <w:p w14:paraId="6B9C6187" w14:textId="77777777" w:rsidR="000626D3" w:rsidRPr="00675797" w:rsidRDefault="000626D3" w:rsidP="000626D3">
            <w:pPr>
              <w:rPr>
                <w:sz w:val="20"/>
                <w:szCs w:val="20"/>
              </w:rPr>
            </w:pPr>
          </w:p>
        </w:tc>
      </w:tr>
      <w:tr w:rsidR="000626D3" w:rsidRPr="00675797" w14:paraId="6AA3BBF8" w14:textId="77777777" w:rsidTr="00675797">
        <w:trPr>
          <w:jc w:val="center"/>
        </w:trPr>
        <w:tc>
          <w:tcPr>
            <w:tcW w:w="2825" w:type="dxa"/>
            <w:shd w:val="clear" w:color="auto" w:fill="F2F2F2"/>
            <w:tcMar>
              <w:top w:w="90" w:type="dxa"/>
              <w:left w:w="100" w:type="dxa"/>
              <w:bottom w:w="90" w:type="dxa"/>
              <w:right w:w="100" w:type="dxa"/>
            </w:tcMar>
            <w:vAlign w:val="center"/>
          </w:tcPr>
          <w:p w14:paraId="59F158CD" w14:textId="443ACA0B" w:rsidR="000626D3" w:rsidRPr="00675797" w:rsidRDefault="000626D3" w:rsidP="000626D3">
            <w:pPr>
              <w:rPr>
                <w:b/>
                <w:sz w:val="20"/>
                <w:szCs w:val="20"/>
                <w:lang w:eastAsia="ja-JP"/>
              </w:rPr>
            </w:pPr>
            <w:r w:rsidRPr="00675797">
              <w:rPr>
                <w:rFonts w:hint="eastAsia"/>
                <w:b/>
                <w:sz w:val="20"/>
                <w:szCs w:val="20"/>
                <w:lang w:eastAsia="ja-JP"/>
              </w:rPr>
              <w:t>居住地</w:t>
            </w:r>
            <w:r w:rsidR="00675797">
              <w:rPr>
                <w:rFonts w:hint="eastAsia"/>
                <w:b/>
                <w:sz w:val="20"/>
                <w:szCs w:val="20"/>
                <w:lang w:eastAsia="ja-JP"/>
              </w:rPr>
              <w:t>・所在地</w:t>
            </w:r>
          </w:p>
        </w:tc>
        <w:tc>
          <w:tcPr>
            <w:tcW w:w="7096" w:type="dxa"/>
            <w:tcMar>
              <w:top w:w="90" w:type="dxa"/>
              <w:left w:w="100" w:type="dxa"/>
              <w:bottom w:w="90" w:type="dxa"/>
              <w:right w:w="100" w:type="dxa"/>
            </w:tcMar>
            <w:vAlign w:val="center"/>
          </w:tcPr>
          <w:p w14:paraId="1AE8A8E3" w14:textId="57964CE2" w:rsidR="000626D3" w:rsidRPr="00675797" w:rsidRDefault="00000000" w:rsidP="000626D3">
            <w:pPr>
              <w:rPr>
                <w:sz w:val="20"/>
                <w:szCs w:val="20"/>
                <w:lang w:eastAsia="ja-JP"/>
              </w:rPr>
            </w:pPr>
            <w:sdt>
              <w:sdtPr>
                <w:rPr>
                  <w:sz w:val="20"/>
                  <w:szCs w:val="20"/>
                  <w:lang w:eastAsia="ja-JP"/>
                </w:rPr>
                <w:alias w:val="チェックボックス"/>
                <w:id w:val="3000"/>
                <w14:checkbox>
                  <w14:checked w14:val="0"/>
                  <w14:checkedState w14:val="2612" w14:font="ＭＳ ゴシック"/>
                  <w14:uncheckedState w14:val="2610" w14:font="ＭＳ ゴシック"/>
                </w14:checkbox>
              </w:sdtPr>
              <w:sdtContent>
                <w:r w:rsidR="00A953DE" w:rsidRPr="00675797">
                  <w:rPr>
                    <w:rFonts w:ascii="ＭＳ ゴシック" w:eastAsia="ＭＳ ゴシック" w:hAnsi="ＭＳ ゴシック" w:hint="eastAsia"/>
                    <w:sz w:val="20"/>
                    <w:szCs w:val="20"/>
                    <w:lang w:eastAsia="ja-JP"/>
                  </w:rPr>
                  <w:t>☐</w:t>
                </w:r>
              </w:sdtContent>
            </w:sdt>
            <w:r w:rsidR="006F777F" w:rsidRPr="00675797">
              <w:rPr>
                <w:sz w:val="20"/>
                <w:szCs w:val="20"/>
                <w:lang w:eastAsia="ja-JP"/>
              </w:rPr>
              <w:t>日本国内（都道府県：　　　　　）</w:t>
            </w:r>
            <w:r w:rsidR="006F777F" w:rsidRPr="00675797">
              <w:rPr>
                <w:sz w:val="20"/>
                <w:szCs w:val="20"/>
                <w:lang w:eastAsia="ja-JP"/>
              </w:rPr>
              <w:br/>
            </w:r>
            <w:sdt>
              <w:sdtPr>
                <w:rPr>
                  <w:sz w:val="20"/>
                  <w:szCs w:val="20"/>
                </w:rPr>
                <w:alias w:val="チェックボックス"/>
                <w:id w:val="3001"/>
                <w14:checkbox>
                  <w14:checked w14:val="0"/>
                  <w14:checkedState w14:val="2612" w14:font="ＭＳ ゴシック"/>
                  <w14:uncheckedState w14:val="2610" w14:font="ＭＳ ゴシック"/>
                </w14:checkbox>
              </w:sdtPr>
              <w:sdtContent>
                <w:r w:rsidR="006F777F" w:rsidRPr="00675797">
                  <w:rPr>
                    <w:sz w:val="20"/>
                    <w:szCs w:val="20"/>
                    <w:lang w:eastAsia="ja-JP"/>
                  </w:rPr>
                  <w:t>☐</w:t>
                </w:r>
              </w:sdtContent>
            </w:sdt>
            <w:r w:rsidR="006F777F" w:rsidRPr="00675797">
              <w:rPr>
                <w:sz w:val="20"/>
                <w:szCs w:val="20"/>
                <w:lang w:eastAsia="ja-JP"/>
              </w:rPr>
              <w:t>日本国外（国・地域名：　　　　　）</w:t>
            </w:r>
          </w:p>
        </w:tc>
      </w:tr>
      <w:tr w:rsidR="000626D3" w:rsidRPr="00675797" w14:paraId="07A9AA47" w14:textId="77777777" w:rsidTr="00675797">
        <w:trPr>
          <w:jc w:val="center"/>
        </w:trPr>
        <w:tc>
          <w:tcPr>
            <w:tcW w:w="2825" w:type="dxa"/>
            <w:shd w:val="clear" w:color="auto" w:fill="F2F2F2"/>
            <w:tcMar>
              <w:top w:w="90" w:type="dxa"/>
              <w:left w:w="100" w:type="dxa"/>
              <w:bottom w:w="90" w:type="dxa"/>
              <w:right w:w="100" w:type="dxa"/>
            </w:tcMar>
            <w:vAlign w:val="center"/>
          </w:tcPr>
          <w:p w14:paraId="4DDA9865" w14:textId="2B71AEA5" w:rsidR="000626D3" w:rsidRPr="00675797" w:rsidRDefault="000626D3" w:rsidP="000626D3">
            <w:pPr>
              <w:rPr>
                <w:sz w:val="20"/>
                <w:szCs w:val="20"/>
              </w:rPr>
            </w:pPr>
            <w:proofErr w:type="spellStart"/>
            <w:r w:rsidRPr="00675797">
              <w:rPr>
                <w:b/>
                <w:sz w:val="20"/>
                <w:szCs w:val="20"/>
              </w:rPr>
              <w:t>主な活動分野</w:t>
            </w:r>
            <w:proofErr w:type="spellEnd"/>
          </w:p>
        </w:tc>
        <w:tc>
          <w:tcPr>
            <w:tcW w:w="7096" w:type="dxa"/>
            <w:tcMar>
              <w:top w:w="90" w:type="dxa"/>
              <w:left w:w="100" w:type="dxa"/>
              <w:bottom w:w="90" w:type="dxa"/>
              <w:right w:w="100" w:type="dxa"/>
            </w:tcMar>
            <w:vAlign w:val="center"/>
          </w:tcPr>
          <w:p w14:paraId="56153BF3" w14:textId="77777777" w:rsidR="000626D3" w:rsidRPr="00675797" w:rsidRDefault="000626D3" w:rsidP="000626D3">
            <w:pPr>
              <w:rPr>
                <w:sz w:val="20"/>
                <w:szCs w:val="20"/>
              </w:rPr>
            </w:pPr>
          </w:p>
        </w:tc>
      </w:tr>
      <w:tr w:rsidR="000626D3" w:rsidRPr="00675797" w14:paraId="0BE03C9E" w14:textId="77777777" w:rsidTr="00675797">
        <w:trPr>
          <w:jc w:val="center"/>
        </w:trPr>
        <w:tc>
          <w:tcPr>
            <w:tcW w:w="2825" w:type="dxa"/>
            <w:shd w:val="clear" w:color="auto" w:fill="F2F2F2"/>
            <w:tcMar>
              <w:top w:w="90" w:type="dxa"/>
              <w:left w:w="100" w:type="dxa"/>
              <w:bottom w:w="90" w:type="dxa"/>
              <w:right w:w="100" w:type="dxa"/>
            </w:tcMar>
            <w:vAlign w:val="center"/>
          </w:tcPr>
          <w:p w14:paraId="53F2B63A" w14:textId="646069EA" w:rsidR="000626D3" w:rsidRPr="00675797" w:rsidRDefault="000626D3" w:rsidP="000626D3">
            <w:pPr>
              <w:rPr>
                <w:b/>
                <w:sz w:val="20"/>
                <w:szCs w:val="20"/>
              </w:rPr>
            </w:pPr>
            <w:r w:rsidRPr="00675797">
              <w:rPr>
                <w:rFonts w:hint="eastAsia"/>
                <w:b/>
                <w:sz w:val="20"/>
                <w:szCs w:val="20"/>
                <w:lang w:eastAsia="ja-JP"/>
              </w:rPr>
              <w:t>電話番号</w:t>
            </w:r>
          </w:p>
        </w:tc>
        <w:tc>
          <w:tcPr>
            <w:tcW w:w="7096" w:type="dxa"/>
            <w:tcMar>
              <w:top w:w="90" w:type="dxa"/>
              <w:left w:w="100" w:type="dxa"/>
              <w:bottom w:w="90" w:type="dxa"/>
              <w:right w:w="100" w:type="dxa"/>
            </w:tcMar>
            <w:vAlign w:val="center"/>
          </w:tcPr>
          <w:p w14:paraId="2145BFEA" w14:textId="77777777" w:rsidR="000626D3" w:rsidRPr="00675797" w:rsidRDefault="000626D3" w:rsidP="000626D3">
            <w:pPr>
              <w:spacing w:line="259" w:lineRule="auto"/>
              <w:rPr>
                <w:sz w:val="20"/>
                <w:szCs w:val="20"/>
              </w:rPr>
            </w:pPr>
            <w:proofErr w:type="spellStart"/>
            <w:r w:rsidRPr="00675797">
              <w:rPr>
                <w:sz w:val="20"/>
                <w:szCs w:val="20"/>
              </w:rPr>
              <w:t>固定電話</w:t>
            </w:r>
            <w:proofErr w:type="spellEnd"/>
            <w:r w:rsidRPr="00675797">
              <w:rPr>
                <w:sz w:val="20"/>
                <w:szCs w:val="20"/>
              </w:rPr>
              <w:t>：</w:t>
            </w:r>
            <w:r w:rsidRPr="00675797">
              <w:rPr>
                <w:sz w:val="20"/>
                <w:szCs w:val="20"/>
              </w:rPr>
              <w:br/>
            </w:r>
            <w:proofErr w:type="spellStart"/>
            <w:r w:rsidRPr="00675797">
              <w:rPr>
                <w:sz w:val="20"/>
                <w:szCs w:val="20"/>
              </w:rPr>
              <w:t>携帯電話</w:t>
            </w:r>
            <w:proofErr w:type="spellEnd"/>
            <w:r w:rsidRPr="00675797">
              <w:rPr>
                <w:sz w:val="20"/>
                <w:szCs w:val="20"/>
              </w:rPr>
              <w:t>：</w:t>
            </w:r>
          </w:p>
        </w:tc>
      </w:tr>
      <w:tr w:rsidR="000626D3" w:rsidRPr="00675797" w14:paraId="623837CF" w14:textId="77777777" w:rsidTr="00675797">
        <w:trPr>
          <w:trHeight w:val="446"/>
          <w:jc w:val="center"/>
        </w:trPr>
        <w:tc>
          <w:tcPr>
            <w:tcW w:w="2825" w:type="dxa"/>
            <w:shd w:val="clear" w:color="auto" w:fill="F2F2F2"/>
            <w:tcMar>
              <w:top w:w="90" w:type="dxa"/>
              <w:left w:w="100" w:type="dxa"/>
              <w:bottom w:w="90" w:type="dxa"/>
              <w:right w:w="100" w:type="dxa"/>
            </w:tcMar>
            <w:vAlign w:val="center"/>
          </w:tcPr>
          <w:p w14:paraId="2D2007BD" w14:textId="77777777" w:rsidR="000626D3" w:rsidRPr="00675797" w:rsidRDefault="000626D3" w:rsidP="000626D3">
            <w:pPr>
              <w:rPr>
                <w:b/>
                <w:sz w:val="20"/>
                <w:szCs w:val="20"/>
              </w:rPr>
            </w:pPr>
            <w:r w:rsidRPr="00675797">
              <w:rPr>
                <w:rFonts w:hint="eastAsia"/>
                <w:b/>
                <w:sz w:val="20"/>
                <w:szCs w:val="20"/>
                <w:lang w:eastAsia="ja-JP"/>
              </w:rPr>
              <w:t>メールアドレス</w:t>
            </w:r>
          </w:p>
        </w:tc>
        <w:tc>
          <w:tcPr>
            <w:tcW w:w="7096" w:type="dxa"/>
            <w:tcMar>
              <w:top w:w="90" w:type="dxa"/>
              <w:left w:w="100" w:type="dxa"/>
              <w:bottom w:w="90" w:type="dxa"/>
              <w:right w:w="100" w:type="dxa"/>
            </w:tcMar>
            <w:vAlign w:val="center"/>
          </w:tcPr>
          <w:p w14:paraId="40D5B973" w14:textId="77777777" w:rsidR="000626D3" w:rsidRPr="00675797" w:rsidRDefault="000626D3" w:rsidP="000626D3">
            <w:pPr>
              <w:rPr>
                <w:sz w:val="20"/>
                <w:szCs w:val="20"/>
              </w:rPr>
            </w:pPr>
          </w:p>
        </w:tc>
      </w:tr>
    </w:tbl>
    <w:p w14:paraId="5D8D56A6" w14:textId="673FE89F" w:rsidR="00851E26" w:rsidRPr="00675797" w:rsidRDefault="00BB6BEE">
      <w:pPr>
        <w:spacing w:before="100" w:after="40"/>
        <w:rPr>
          <w:sz w:val="20"/>
          <w:szCs w:val="20"/>
        </w:rPr>
      </w:pPr>
      <w:r w:rsidRPr="00675797">
        <w:rPr>
          <w:b/>
          <w:sz w:val="20"/>
          <w:szCs w:val="20"/>
        </w:rPr>
        <w:t xml:space="preserve">2　</w:t>
      </w:r>
      <w:proofErr w:type="spellStart"/>
      <w:r w:rsidRPr="00675797">
        <w:rPr>
          <w:b/>
          <w:sz w:val="20"/>
          <w:szCs w:val="20"/>
        </w:rPr>
        <w:t>推薦者</w:t>
      </w:r>
      <w:proofErr w:type="spellEnd"/>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825"/>
        <w:gridCol w:w="7170"/>
      </w:tblGrid>
      <w:tr w:rsidR="00851E26" w:rsidRPr="00675797" w14:paraId="1CE86BF1" w14:textId="77777777" w:rsidTr="00675797">
        <w:trPr>
          <w:jc w:val="center"/>
        </w:trPr>
        <w:tc>
          <w:tcPr>
            <w:tcW w:w="2825" w:type="dxa"/>
            <w:shd w:val="clear" w:color="auto" w:fill="F2F2F2"/>
            <w:tcMar>
              <w:top w:w="90" w:type="dxa"/>
              <w:left w:w="100" w:type="dxa"/>
              <w:bottom w:w="90" w:type="dxa"/>
              <w:right w:w="100" w:type="dxa"/>
            </w:tcMar>
            <w:vAlign w:val="center"/>
          </w:tcPr>
          <w:p w14:paraId="1241F8D2" w14:textId="19CBFE85" w:rsidR="00851E26" w:rsidRPr="00675797" w:rsidRDefault="00CC52C2" w:rsidP="000626D3">
            <w:pPr>
              <w:rPr>
                <w:sz w:val="20"/>
                <w:szCs w:val="20"/>
                <w:lang w:eastAsia="ja-JP"/>
              </w:rPr>
            </w:pPr>
            <w:r>
              <w:rPr>
                <w:rFonts w:hint="eastAsia"/>
                <w:b/>
                <w:sz w:val="20"/>
                <w:szCs w:val="20"/>
                <w:lang w:eastAsia="ja-JP"/>
              </w:rPr>
              <w:t>自薦・他薦</w:t>
            </w:r>
            <w:r w:rsidR="00BB6BEE" w:rsidRPr="00675797">
              <w:rPr>
                <w:b/>
                <w:sz w:val="20"/>
                <w:szCs w:val="20"/>
                <w:lang w:eastAsia="ja-JP"/>
              </w:rPr>
              <w:t>の別【必須】</w:t>
            </w:r>
          </w:p>
        </w:tc>
        <w:tc>
          <w:tcPr>
            <w:tcW w:w="7170" w:type="dxa"/>
            <w:tcMar>
              <w:top w:w="90" w:type="dxa"/>
              <w:left w:w="100" w:type="dxa"/>
              <w:bottom w:w="90" w:type="dxa"/>
              <w:right w:w="100" w:type="dxa"/>
            </w:tcMar>
            <w:vAlign w:val="center"/>
          </w:tcPr>
          <w:p w14:paraId="07F353F4" w14:textId="5AC99A34" w:rsidR="00851E26" w:rsidRPr="00675797" w:rsidRDefault="00000000">
            <w:pPr>
              <w:rPr>
                <w:sz w:val="20"/>
                <w:szCs w:val="20"/>
                <w:lang w:eastAsia="ja-JP"/>
              </w:rPr>
            </w:pPr>
            <w:sdt>
              <w:sdtPr>
                <w:rPr>
                  <w:sz w:val="20"/>
                  <w:szCs w:val="20"/>
                  <w:lang w:eastAsia="ja-JP"/>
                </w:rPr>
                <w:alias w:val="チェックボックス"/>
                <w:id w:val="3002"/>
                <w14:checkbox>
                  <w14:checked w14:val="0"/>
                  <w14:checkedState w14:val="2612" w14:font="ＭＳ ゴシック"/>
                  <w14:uncheckedState w14:val="2610" w14:font="ＭＳ ゴシック"/>
                </w14:checkbox>
              </w:sdtPr>
              <w:sdtContent>
                <w:r w:rsidR="00BB6BEE" w:rsidRPr="00675797">
                  <w:rPr>
                    <w:sz w:val="20"/>
                    <w:szCs w:val="20"/>
                    <w:lang w:eastAsia="ja-JP"/>
                  </w:rPr>
                  <w:t>☐</w:t>
                </w:r>
              </w:sdtContent>
            </w:sdt>
            <w:r w:rsidR="00BB6BEE" w:rsidRPr="00675797">
              <w:rPr>
                <w:sz w:val="20"/>
                <w:szCs w:val="20"/>
                <w:lang w:eastAsia="ja-JP"/>
              </w:rPr>
              <w:t xml:space="preserve"> 自薦　　</w:t>
            </w:r>
            <w:sdt>
              <w:sdtPr>
                <w:rPr>
                  <w:sz w:val="20"/>
                  <w:szCs w:val="20"/>
                  <w:lang w:eastAsia="ja-JP"/>
                </w:rPr>
                <w:alias w:val="チェックボックス"/>
                <w:id w:val="3003"/>
                <w14:checkbox>
                  <w14:checked w14:val="0"/>
                  <w14:checkedState w14:val="2612" w14:font="ＭＳ ゴシック"/>
                  <w14:uncheckedState w14:val="2610" w14:font="ＭＳ ゴシック"/>
                </w14:checkbox>
              </w:sdtPr>
              <w:sdtContent>
                <w:r w:rsidR="00BB6BEE" w:rsidRPr="00675797">
                  <w:rPr>
                    <w:sz w:val="20"/>
                    <w:szCs w:val="20"/>
                    <w:lang w:eastAsia="ja-JP"/>
                  </w:rPr>
                  <w:t>☐</w:t>
                </w:r>
              </w:sdtContent>
            </w:sdt>
            <w:r w:rsidR="00BB6BEE" w:rsidRPr="00675797">
              <w:rPr>
                <w:sz w:val="20"/>
                <w:szCs w:val="20"/>
                <w:lang w:eastAsia="ja-JP"/>
              </w:rPr>
              <w:t xml:space="preserve"> 他薦</w:t>
            </w:r>
            <w:r w:rsidR="00F40C05">
              <w:rPr>
                <w:rFonts w:hint="eastAsia"/>
                <w:sz w:val="20"/>
                <w:szCs w:val="20"/>
                <w:lang w:eastAsia="ja-JP"/>
              </w:rPr>
              <w:t xml:space="preserve">　</w:t>
            </w:r>
            <w:r w:rsidR="00BB2900">
              <w:rPr>
                <w:rFonts w:hint="eastAsia"/>
                <w:sz w:val="20"/>
                <w:szCs w:val="20"/>
                <w:lang w:eastAsia="ja-JP"/>
              </w:rPr>
              <w:t>（</w:t>
            </w:r>
            <w:r w:rsidR="00F40C05">
              <w:rPr>
                <w:rFonts w:hint="eastAsia"/>
                <w:sz w:val="20"/>
                <w:szCs w:val="20"/>
                <w:lang w:eastAsia="ja-JP"/>
              </w:rPr>
              <w:t>自薦の場合は以下の記入は不要です</w:t>
            </w:r>
            <w:r w:rsidR="00BB2900">
              <w:rPr>
                <w:rFonts w:hint="eastAsia"/>
                <w:sz w:val="20"/>
                <w:szCs w:val="20"/>
                <w:lang w:eastAsia="ja-JP"/>
              </w:rPr>
              <w:t>）</w:t>
            </w:r>
          </w:p>
        </w:tc>
      </w:tr>
      <w:tr w:rsidR="00851E26" w:rsidRPr="00675797" w14:paraId="5068356A" w14:textId="77777777" w:rsidTr="00675797">
        <w:trPr>
          <w:jc w:val="center"/>
        </w:trPr>
        <w:tc>
          <w:tcPr>
            <w:tcW w:w="2825" w:type="dxa"/>
            <w:shd w:val="clear" w:color="auto" w:fill="F2F2F2"/>
            <w:tcMar>
              <w:top w:w="90" w:type="dxa"/>
              <w:left w:w="100" w:type="dxa"/>
              <w:bottom w:w="90" w:type="dxa"/>
              <w:right w:w="100" w:type="dxa"/>
            </w:tcMar>
            <w:vAlign w:val="center"/>
          </w:tcPr>
          <w:p w14:paraId="1B81CE26" w14:textId="66C4088A" w:rsidR="00851E26" w:rsidRPr="00675797" w:rsidRDefault="00BB6BEE" w:rsidP="000626D3">
            <w:pPr>
              <w:rPr>
                <w:sz w:val="20"/>
                <w:szCs w:val="20"/>
                <w:lang w:eastAsia="ja-JP"/>
              </w:rPr>
            </w:pPr>
            <w:r w:rsidRPr="00675797">
              <w:rPr>
                <w:b/>
                <w:sz w:val="20"/>
                <w:szCs w:val="20"/>
                <w:lang w:eastAsia="ja-JP"/>
              </w:rPr>
              <w:t>氏名</w:t>
            </w:r>
            <w:r w:rsidR="00675797" w:rsidRPr="00675797">
              <w:rPr>
                <w:rFonts w:hint="eastAsia"/>
                <w:b/>
                <w:sz w:val="20"/>
                <w:szCs w:val="20"/>
                <w:lang w:eastAsia="ja-JP"/>
              </w:rPr>
              <w:t>又は団体名</w:t>
            </w:r>
            <w:r w:rsidRPr="00675797">
              <w:rPr>
                <w:b/>
                <w:sz w:val="20"/>
                <w:szCs w:val="20"/>
                <w:lang w:eastAsia="ja-JP"/>
              </w:rPr>
              <w:t>【必須】</w:t>
            </w:r>
          </w:p>
        </w:tc>
        <w:tc>
          <w:tcPr>
            <w:tcW w:w="7170" w:type="dxa"/>
            <w:tcMar>
              <w:top w:w="90" w:type="dxa"/>
              <w:left w:w="100" w:type="dxa"/>
              <w:bottom w:w="90" w:type="dxa"/>
              <w:right w:w="100" w:type="dxa"/>
            </w:tcMar>
            <w:vAlign w:val="center"/>
          </w:tcPr>
          <w:p w14:paraId="5DCE5A39" w14:textId="77777777" w:rsidR="00851E26" w:rsidRPr="00675797" w:rsidRDefault="00851E26">
            <w:pPr>
              <w:rPr>
                <w:sz w:val="20"/>
                <w:szCs w:val="20"/>
                <w:lang w:eastAsia="ja-JP"/>
              </w:rPr>
            </w:pPr>
          </w:p>
        </w:tc>
      </w:tr>
      <w:tr w:rsidR="00400F1D" w:rsidRPr="00675797" w14:paraId="30D1B5E3" w14:textId="77777777" w:rsidTr="00675797">
        <w:trPr>
          <w:jc w:val="center"/>
        </w:trPr>
        <w:tc>
          <w:tcPr>
            <w:tcW w:w="2825" w:type="dxa"/>
            <w:shd w:val="clear" w:color="auto" w:fill="F2F2F2"/>
            <w:tcMar>
              <w:top w:w="90" w:type="dxa"/>
              <w:left w:w="100" w:type="dxa"/>
              <w:bottom w:w="90" w:type="dxa"/>
              <w:right w:w="100" w:type="dxa"/>
            </w:tcMar>
            <w:vAlign w:val="center"/>
          </w:tcPr>
          <w:p w14:paraId="4BB66E8C" w14:textId="51712374" w:rsidR="00400F1D" w:rsidRPr="00675797" w:rsidRDefault="005F62F4" w:rsidP="00400F1D">
            <w:pPr>
              <w:rPr>
                <w:b/>
                <w:sz w:val="20"/>
                <w:szCs w:val="20"/>
                <w:lang w:eastAsia="ja-JP"/>
              </w:rPr>
            </w:pPr>
            <w:bookmarkStart w:id="0" w:name="_Hlk242386075"/>
            <w:r w:rsidRPr="005F62F4">
              <w:rPr>
                <w:b/>
                <w:bCs/>
                <w:sz w:val="20"/>
                <w:szCs w:val="20"/>
                <w:lang w:eastAsia="ja-JP"/>
              </w:rPr>
              <w:t>所属・職名又は職業等</w:t>
            </w:r>
            <w:r>
              <w:rPr>
                <w:b/>
                <w:bCs/>
                <w:sz w:val="20"/>
                <w:szCs w:val="20"/>
                <w:lang w:eastAsia="ja-JP"/>
              </w:rPr>
              <w:br/>
            </w:r>
            <w:r w:rsidRPr="005F62F4">
              <w:rPr>
                <w:b/>
                <w:bCs/>
                <w:sz w:val="20"/>
                <w:szCs w:val="20"/>
                <w:lang w:eastAsia="ja-JP"/>
              </w:rPr>
              <w:t>【個人の場合は必須】</w:t>
            </w:r>
            <w:bookmarkEnd w:id="0"/>
          </w:p>
        </w:tc>
        <w:tc>
          <w:tcPr>
            <w:tcW w:w="7170" w:type="dxa"/>
            <w:tcMar>
              <w:top w:w="90" w:type="dxa"/>
              <w:left w:w="100" w:type="dxa"/>
              <w:bottom w:w="90" w:type="dxa"/>
              <w:right w:w="100" w:type="dxa"/>
            </w:tcMar>
            <w:vAlign w:val="center"/>
          </w:tcPr>
          <w:p w14:paraId="30BBD471" w14:textId="77777777" w:rsidR="00400F1D" w:rsidRPr="00675797" w:rsidRDefault="00400F1D">
            <w:pPr>
              <w:rPr>
                <w:sz w:val="20"/>
                <w:szCs w:val="20"/>
                <w:lang w:eastAsia="ja-JP"/>
              </w:rPr>
            </w:pPr>
          </w:p>
        </w:tc>
      </w:tr>
      <w:tr w:rsidR="00675797" w:rsidRPr="00675797" w14:paraId="683E250D" w14:textId="77777777" w:rsidTr="00675797">
        <w:trPr>
          <w:jc w:val="center"/>
        </w:trPr>
        <w:tc>
          <w:tcPr>
            <w:tcW w:w="2825" w:type="dxa"/>
            <w:shd w:val="clear" w:color="auto" w:fill="F2F2F2"/>
            <w:tcMar>
              <w:top w:w="90" w:type="dxa"/>
              <w:left w:w="100" w:type="dxa"/>
              <w:bottom w:w="90" w:type="dxa"/>
              <w:right w:w="100" w:type="dxa"/>
            </w:tcMar>
            <w:vAlign w:val="center"/>
          </w:tcPr>
          <w:p w14:paraId="60A6B519" w14:textId="42EAD96C" w:rsidR="00675797" w:rsidRPr="00675797" w:rsidRDefault="00675797" w:rsidP="00675797">
            <w:pPr>
              <w:rPr>
                <w:b/>
                <w:bCs/>
                <w:sz w:val="20"/>
                <w:szCs w:val="20"/>
                <w:lang w:eastAsia="ja-JP"/>
              </w:rPr>
            </w:pPr>
            <w:r w:rsidRPr="00675797">
              <w:rPr>
                <w:b/>
                <w:bCs/>
                <w:sz w:val="20"/>
                <w:szCs w:val="20"/>
                <w:lang w:eastAsia="ja-JP"/>
              </w:rPr>
              <w:t>団体の場合の連絡担当者</w:t>
            </w:r>
            <w:r>
              <w:rPr>
                <w:b/>
                <w:bCs/>
                <w:sz w:val="20"/>
                <w:szCs w:val="20"/>
                <w:lang w:eastAsia="ja-JP"/>
              </w:rPr>
              <w:br/>
            </w:r>
            <w:r w:rsidRPr="00675797">
              <w:rPr>
                <w:b/>
                <w:bCs/>
                <w:sz w:val="20"/>
                <w:szCs w:val="20"/>
                <w:lang w:eastAsia="ja-JP"/>
              </w:rPr>
              <w:t>【該当する場合は必須】</w:t>
            </w:r>
          </w:p>
        </w:tc>
        <w:tc>
          <w:tcPr>
            <w:tcW w:w="7170" w:type="dxa"/>
            <w:tcMar>
              <w:top w:w="90" w:type="dxa"/>
              <w:left w:w="100" w:type="dxa"/>
              <w:bottom w:w="90" w:type="dxa"/>
              <w:right w:w="100" w:type="dxa"/>
            </w:tcMar>
            <w:vAlign w:val="center"/>
          </w:tcPr>
          <w:p w14:paraId="767E598B" w14:textId="46A3CD97" w:rsidR="00675797" w:rsidRPr="00675797" w:rsidRDefault="00675797" w:rsidP="00675797">
            <w:pPr>
              <w:rPr>
                <w:sz w:val="20"/>
                <w:szCs w:val="20"/>
                <w:lang w:eastAsia="ja-JP"/>
              </w:rPr>
            </w:pPr>
          </w:p>
        </w:tc>
      </w:tr>
      <w:tr w:rsidR="00851E26" w:rsidRPr="00675797" w14:paraId="74703B8D" w14:textId="77777777" w:rsidTr="00675797">
        <w:trPr>
          <w:jc w:val="center"/>
        </w:trPr>
        <w:tc>
          <w:tcPr>
            <w:tcW w:w="2825" w:type="dxa"/>
            <w:shd w:val="clear" w:color="auto" w:fill="F2F2F2"/>
            <w:tcMar>
              <w:top w:w="90" w:type="dxa"/>
              <w:left w:w="100" w:type="dxa"/>
              <w:bottom w:w="90" w:type="dxa"/>
              <w:right w:w="100" w:type="dxa"/>
            </w:tcMar>
            <w:vAlign w:val="center"/>
          </w:tcPr>
          <w:p w14:paraId="08BBA706" w14:textId="574EFE61" w:rsidR="00851E26" w:rsidRPr="00675797" w:rsidRDefault="00BB6BEE" w:rsidP="000626D3">
            <w:pPr>
              <w:rPr>
                <w:sz w:val="20"/>
                <w:szCs w:val="20"/>
                <w:lang w:eastAsia="ja-JP"/>
              </w:rPr>
            </w:pPr>
            <w:r w:rsidRPr="00675797">
              <w:rPr>
                <w:b/>
                <w:sz w:val="20"/>
                <w:szCs w:val="20"/>
                <w:lang w:eastAsia="ja-JP"/>
              </w:rPr>
              <w:t>電話番号【いずれか必須】</w:t>
            </w:r>
            <w:r w:rsidR="00675797">
              <w:rPr>
                <w:rFonts w:hint="eastAsia"/>
                <w:b/>
                <w:sz w:val="20"/>
                <w:szCs w:val="20"/>
                <w:lang w:eastAsia="ja-JP"/>
              </w:rPr>
              <w:t>（※）</w:t>
            </w:r>
          </w:p>
        </w:tc>
        <w:tc>
          <w:tcPr>
            <w:tcW w:w="7170" w:type="dxa"/>
            <w:tcMar>
              <w:top w:w="90" w:type="dxa"/>
              <w:left w:w="100" w:type="dxa"/>
              <w:bottom w:w="90" w:type="dxa"/>
              <w:right w:w="100" w:type="dxa"/>
            </w:tcMar>
            <w:vAlign w:val="center"/>
          </w:tcPr>
          <w:p w14:paraId="6960994B" w14:textId="77777777" w:rsidR="00851E26" w:rsidRPr="00675797" w:rsidRDefault="00851E26">
            <w:pPr>
              <w:spacing w:line="259" w:lineRule="auto"/>
              <w:rPr>
                <w:sz w:val="20"/>
                <w:szCs w:val="20"/>
                <w:lang w:eastAsia="ja-JP"/>
              </w:rPr>
            </w:pPr>
            <w:r w:rsidRPr="00675797">
              <w:rPr>
                <w:sz w:val="20"/>
                <w:szCs w:val="20"/>
                <w:lang w:eastAsia="ja-JP"/>
              </w:rPr>
              <w:t>固定電話：</w:t>
            </w:r>
            <w:r w:rsidRPr="00675797">
              <w:rPr>
                <w:sz w:val="20"/>
                <w:szCs w:val="20"/>
                <w:lang w:eastAsia="ja-JP"/>
              </w:rPr>
              <w:br/>
              <w:t>携帯電話：</w:t>
            </w:r>
          </w:p>
          <w:p w14:paraId="22035212" w14:textId="1A42FC4C" w:rsidR="00400F1D" w:rsidRPr="00675797" w:rsidRDefault="007867FE" w:rsidP="00400F1D">
            <w:pPr>
              <w:spacing w:line="259" w:lineRule="auto"/>
              <w:rPr>
                <w:sz w:val="20"/>
                <w:szCs w:val="20"/>
                <w:lang w:eastAsia="ja-JP"/>
              </w:rPr>
            </w:pPr>
            <w:r>
              <w:rPr>
                <w:rFonts w:hint="eastAsia"/>
                <w:sz w:val="20"/>
                <w:szCs w:val="20"/>
                <w:lang w:eastAsia="ja-JP"/>
              </w:rPr>
              <w:t>（</w:t>
            </w:r>
            <w:r w:rsidR="00400F1D" w:rsidRPr="00675797">
              <w:rPr>
                <w:sz w:val="20"/>
                <w:szCs w:val="20"/>
                <w:lang w:eastAsia="ja-JP"/>
              </w:rPr>
              <w:t>日中に連絡が取れる電話番号を、ご記入ください</w:t>
            </w:r>
            <w:r>
              <w:rPr>
                <w:rFonts w:hint="eastAsia"/>
                <w:sz w:val="20"/>
                <w:szCs w:val="20"/>
                <w:lang w:eastAsia="ja-JP"/>
              </w:rPr>
              <w:t>）</w:t>
            </w:r>
          </w:p>
        </w:tc>
      </w:tr>
      <w:tr w:rsidR="00851E26" w14:paraId="01158AE9" w14:textId="77777777" w:rsidTr="00675797">
        <w:trPr>
          <w:trHeight w:val="159"/>
          <w:jc w:val="center"/>
        </w:trPr>
        <w:tc>
          <w:tcPr>
            <w:tcW w:w="2825" w:type="dxa"/>
            <w:shd w:val="clear" w:color="auto" w:fill="F2F2F2"/>
            <w:tcMar>
              <w:top w:w="90" w:type="dxa"/>
              <w:left w:w="100" w:type="dxa"/>
              <w:bottom w:w="90" w:type="dxa"/>
              <w:right w:w="100" w:type="dxa"/>
            </w:tcMar>
            <w:vAlign w:val="center"/>
          </w:tcPr>
          <w:p w14:paraId="10A98736" w14:textId="6D34FD90" w:rsidR="00851E26" w:rsidRDefault="00BB6BEE" w:rsidP="000626D3">
            <w:pPr>
              <w:rPr>
                <w:lang w:eastAsia="ja-JP"/>
              </w:rPr>
            </w:pPr>
            <w:r>
              <w:rPr>
                <w:b/>
                <w:sz w:val="19"/>
                <w:lang w:eastAsia="ja-JP"/>
              </w:rPr>
              <w:t>メールアドレス【必須</w:t>
            </w:r>
            <w:r w:rsidR="00CC52C2">
              <w:rPr>
                <w:rFonts w:hint="eastAsia"/>
                <w:b/>
                <w:sz w:val="19"/>
                <w:lang w:eastAsia="ja-JP"/>
              </w:rPr>
              <w:t>】</w:t>
            </w:r>
            <w:r w:rsidR="00A610AB" w:rsidRPr="00A610AB">
              <w:rPr>
                <w:b/>
                <w:sz w:val="19"/>
                <w:lang w:eastAsia="ja-JP"/>
              </w:rPr>
              <w:t>(※）</w:t>
            </w:r>
          </w:p>
        </w:tc>
        <w:tc>
          <w:tcPr>
            <w:tcW w:w="7170" w:type="dxa"/>
            <w:tcMar>
              <w:top w:w="90" w:type="dxa"/>
              <w:left w:w="100" w:type="dxa"/>
              <w:bottom w:w="90" w:type="dxa"/>
              <w:right w:w="100" w:type="dxa"/>
            </w:tcMar>
            <w:vAlign w:val="center"/>
          </w:tcPr>
          <w:p w14:paraId="52B4E72D" w14:textId="3313CA0C" w:rsidR="00851E26" w:rsidRPr="00CC52C2" w:rsidRDefault="00851E26" w:rsidP="00675797">
            <w:pPr>
              <w:rPr>
                <w:lang w:eastAsia="ja-JP"/>
              </w:rPr>
            </w:pPr>
          </w:p>
        </w:tc>
      </w:tr>
    </w:tbl>
    <w:p w14:paraId="4ECC1CB9" w14:textId="7F32F699" w:rsidR="001140C4" w:rsidRPr="00675797" w:rsidRDefault="00675797" w:rsidP="00400F1D">
      <w:pPr>
        <w:spacing w:line="240" w:lineRule="atLeast"/>
        <w:rPr>
          <w:b/>
          <w:sz w:val="20"/>
          <w:szCs w:val="20"/>
          <w:lang w:eastAsia="ja-JP"/>
        </w:rPr>
      </w:pPr>
      <w:r w:rsidRPr="00675797">
        <w:rPr>
          <w:sz w:val="20"/>
          <w:szCs w:val="20"/>
          <w:lang w:eastAsia="ja-JP"/>
        </w:rPr>
        <w:t>※団体の場合、電話番号及びメールアドレスは連絡担当者のものをご記入ください</w:t>
      </w:r>
      <w:r w:rsidR="00B93AFC">
        <w:rPr>
          <w:rFonts w:hint="eastAsia"/>
          <w:sz w:val="20"/>
          <w:szCs w:val="20"/>
          <w:lang w:eastAsia="ja-JP"/>
        </w:rPr>
        <w:t>。</w:t>
      </w:r>
    </w:p>
    <w:p w14:paraId="3550E7CE" w14:textId="31CC71B2" w:rsidR="0020792C" w:rsidRPr="00675797" w:rsidRDefault="00675797" w:rsidP="00400F1D">
      <w:pPr>
        <w:spacing w:line="240" w:lineRule="atLeast"/>
        <w:rPr>
          <w:sz w:val="20"/>
          <w:szCs w:val="20"/>
          <w:lang w:eastAsia="ja-JP"/>
        </w:rPr>
      </w:pPr>
      <w:r>
        <w:rPr>
          <w:sz w:val="20"/>
          <w:szCs w:val="20"/>
          <w:lang w:eastAsia="ja-JP"/>
        </w:rPr>
        <w:br/>
      </w:r>
      <w:r w:rsidR="0020792C" w:rsidRPr="00675797">
        <w:rPr>
          <w:sz w:val="20"/>
          <w:szCs w:val="20"/>
          <w:lang w:eastAsia="ja-JP"/>
        </w:rPr>
        <w:t>・本申請書はA4判2ページ以内に収まるよう記載してください。</w:t>
      </w:r>
    </w:p>
    <w:p w14:paraId="7BD9ACBD" w14:textId="77777777" w:rsidR="0020792C" w:rsidRPr="00675797" w:rsidRDefault="0020792C" w:rsidP="00400F1D">
      <w:pPr>
        <w:spacing w:line="240" w:lineRule="atLeast"/>
        <w:rPr>
          <w:sz w:val="20"/>
          <w:szCs w:val="20"/>
          <w:lang w:eastAsia="ja-JP"/>
        </w:rPr>
      </w:pPr>
      <w:r w:rsidRPr="00675797">
        <w:rPr>
          <w:sz w:val="20"/>
          <w:szCs w:val="20"/>
          <w:lang w:eastAsia="ja-JP"/>
        </w:rPr>
        <w:t>・フォント、文字サイズ、余白、項目、表の大きさその他の様式・レイアウトは変更しないでください。</w:t>
      </w:r>
    </w:p>
    <w:p w14:paraId="42137F21" w14:textId="550B5FD8" w:rsidR="006F777F" w:rsidRDefault="0020792C" w:rsidP="00400F1D">
      <w:pPr>
        <w:spacing w:line="240" w:lineRule="atLeast"/>
        <w:rPr>
          <w:sz w:val="20"/>
          <w:szCs w:val="20"/>
          <w:lang w:eastAsia="ja-JP"/>
        </w:rPr>
      </w:pPr>
      <w:r w:rsidRPr="00675797">
        <w:rPr>
          <w:sz w:val="20"/>
          <w:szCs w:val="20"/>
          <w:lang w:eastAsia="ja-JP"/>
        </w:rPr>
        <w:t>・申請書はWord形式のまま提出してください（PDF等への変換はしないでください）。</w:t>
      </w:r>
      <w:r w:rsidR="00400F1D" w:rsidRPr="00675797">
        <w:rPr>
          <w:sz w:val="20"/>
          <w:szCs w:val="20"/>
          <w:lang w:eastAsia="ja-JP"/>
        </w:rPr>
        <w:br/>
      </w:r>
      <w:r w:rsidRPr="00675797">
        <w:rPr>
          <w:sz w:val="20"/>
          <w:szCs w:val="20"/>
          <w:lang w:eastAsia="ja-JP"/>
        </w:rPr>
        <w:t>・「必須」と記載した項目は必ず</w:t>
      </w:r>
      <w:r w:rsidRPr="00675797">
        <w:rPr>
          <w:rFonts w:hint="eastAsia"/>
          <w:sz w:val="20"/>
          <w:szCs w:val="20"/>
          <w:lang w:eastAsia="ja-JP"/>
        </w:rPr>
        <w:t>ご記入をお願いします</w:t>
      </w:r>
      <w:r w:rsidRPr="00675797">
        <w:rPr>
          <w:sz w:val="20"/>
          <w:szCs w:val="20"/>
          <w:lang w:eastAsia="ja-JP"/>
        </w:rPr>
        <w:t>。</w:t>
      </w:r>
    </w:p>
    <w:p w14:paraId="327EACCA" w14:textId="7F8CEFBB" w:rsidR="00851E26" w:rsidRDefault="00BB6BEE">
      <w:pPr>
        <w:spacing w:before="100" w:after="20"/>
        <w:rPr>
          <w:lang w:eastAsia="ja-JP"/>
        </w:rPr>
      </w:pPr>
      <w:r>
        <w:rPr>
          <w:b/>
          <w:sz w:val="22"/>
          <w:lang w:eastAsia="ja-JP"/>
        </w:rPr>
        <w:lastRenderedPageBreak/>
        <w:t>3　応募・推薦理由【必須】</w:t>
      </w:r>
    </w:p>
    <w:p w14:paraId="40B7984D" w14:textId="24F07B6B" w:rsidR="00851E26" w:rsidRDefault="00BB6BEE">
      <w:pPr>
        <w:spacing w:after="40"/>
        <w:rPr>
          <w:lang w:eastAsia="ja-JP"/>
        </w:rPr>
      </w:pPr>
      <w:r>
        <w:rPr>
          <w:sz w:val="18"/>
          <w:lang w:eastAsia="ja-JP"/>
        </w:rPr>
        <w:t>候補者の活動の分野及び内容、これまでの主な</w:t>
      </w:r>
      <w:r w:rsidR="007257E9">
        <w:rPr>
          <w:rFonts w:hint="eastAsia"/>
          <w:sz w:val="18"/>
          <w:lang w:eastAsia="ja-JP"/>
        </w:rPr>
        <w:t>活動歴・受賞歴</w:t>
      </w:r>
      <w:r>
        <w:rPr>
          <w:sz w:val="18"/>
          <w:lang w:eastAsia="ja-JP"/>
        </w:rPr>
        <w:t>、本賞の趣旨との関係等について、候補者としてふさわしいと考える理由が分かるように記載してください。</w:t>
      </w:r>
    </w:p>
    <w:tbl>
      <w:tblPr>
        <w:tblW w:w="102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206"/>
      </w:tblGrid>
      <w:tr w:rsidR="00851E26" w14:paraId="551C9C14" w14:textId="77777777" w:rsidTr="00EB3C8D">
        <w:trPr>
          <w:trHeight w:hRule="exact" w:val="5459"/>
          <w:jc w:val="center"/>
        </w:trPr>
        <w:tc>
          <w:tcPr>
            <w:tcW w:w="10206" w:type="dxa"/>
            <w:tcMar>
              <w:top w:w="90" w:type="dxa"/>
              <w:left w:w="100" w:type="dxa"/>
              <w:bottom w:w="90" w:type="dxa"/>
              <w:right w:w="100" w:type="dxa"/>
            </w:tcMar>
            <w:vAlign w:val="center"/>
          </w:tcPr>
          <w:p w14:paraId="5874F02A" w14:textId="77777777" w:rsidR="00851E26" w:rsidRDefault="00851E26" w:rsidP="00D061E4">
            <w:pPr>
              <w:rPr>
                <w:lang w:eastAsia="ja-JP"/>
              </w:rPr>
            </w:pPr>
          </w:p>
          <w:p w14:paraId="25F5BE8B" w14:textId="77777777" w:rsidR="000626D3" w:rsidRDefault="000626D3" w:rsidP="00D061E4">
            <w:pPr>
              <w:rPr>
                <w:lang w:eastAsia="ja-JP"/>
              </w:rPr>
            </w:pPr>
          </w:p>
          <w:p w14:paraId="70377D62" w14:textId="77777777" w:rsidR="000626D3" w:rsidRDefault="000626D3" w:rsidP="00D061E4">
            <w:pPr>
              <w:rPr>
                <w:lang w:eastAsia="ja-JP"/>
              </w:rPr>
            </w:pPr>
          </w:p>
          <w:p w14:paraId="61EC982C" w14:textId="77777777" w:rsidR="000626D3" w:rsidRDefault="000626D3" w:rsidP="00D061E4">
            <w:pPr>
              <w:rPr>
                <w:lang w:eastAsia="ja-JP"/>
              </w:rPr>
            </w:pPr>
          </w:p>
          <w:p w14:paraId="4F05C6E5" w14:textId="77777777" w:rsidR="000626D3" w:rsidRDefault="000626D3" w:rsidP="00D061E4">
            <w:pPr>
              <w:rPr>
                <w:lang w:eastAsia="ja-JP"/>
              </w:rPr>
            </w:pPr>
          </w:p>
          <w:p w14:paraId="06B8DD85" w14:textId="77777777" w:rsidR="000626D3" w:rsidRDefault="000626D3" w:rsidP="00D061E4">
            <w:pPr>
              <w:rPr>
                <w:lang w:eastAsia="ja-JP"/>
              </w:rPr>
            </w:pPr>
          </w:p>
          <w:p w14:paraId="715FF4C1" w14:textId="77777777" w:rsidR="000626D3" w:rsidRDefault="000626D3" w:rsidP="00D061E4">
            <w:pPr>
              <w:rPr>
                <w:lang w:eastAsia="ja-JP"/>
              </w:rPr>
            </w:pPr>
          </w:p>
          <w:p w14:paraId="0D2CC6C7" w14:textId="77777777" w:rsidR="0020792C" w:rsidRDefault="0020792C" w:rsidP="00D061E4">
            <w:pPr>
              <w:rPr>
                <w:lang w:eastAsia="ja-JP"/>
              </w:rPr>
            </w:pPr>
          </w:p>
          <w:p w14:paraId="692BE42F" w14:textId="77777777" w:rsidR="0020792C" w:rsidRDefault="0020792C" w:rsidP="00D061E4">
            <w:pPr>
              <w:rPr>
                <w:lang w:eastAsia="ja-JP"/>
              </w:rPr>
            </w:pPr>
          </w:p>
          <w:p w14:paraId="675AD42D" w14:textId="77777777" w:rsidR="00E64C95" w:rsidRDefault="00E64C95" w:rsidP="00D061E4">
            <w:pPr>
              <w:rPr>
                <w:lang w:eastAsia="ja-JP"/>
              </w:rPr>
            </w:pPr>
          </w:p>
          <w:p w14:paraId="43A54899" w14:textId="77777777" w:rsidR="007257E9" w:rsidRDefault="007257E9" w:rsidP="00D061E4">
            <w:pPr>
              <w:rPr>
                <w:lang w:eastAsia="ja-JP"/>
              </w:rPr>
            </w:pPr>
          </w:p>
          <w:p w14:paraId="217CD4F1" w14:textId="77777777" w:rsidR="007257E9" w:rsidRDefault="007257E9" w:rsidP="00D061E4">
            <w:pPr>
              <w:rPr>
                <w:lang w:eastAsia="ja-JP"/>
              </w:rPr>
            </w:pPr>
          </w:p>
          <w:p w14:paraId="5F35C716" w14:textId="77777777" w:rsidR="007257E9" w:rsidRDefault="007257E9" w:rsidP="00D061E4">
            <w:pPr>
              <w:rPr>
                <w:lang w:eastAsia="ja-JP"/>
              </w:rPr>
            </w:pPr>
          </w:p>
          <w:p w14:paraId="45C8D4BD" w14:textId="77777777" w:rsidR="007257E9" w:rsidRDefault="007257E9" w:rsidP="00D061E4">
            <w:pPr>
              <w:rPr>
                <w:lang w:eastAsia="ja-JP"/>
              </w:rPr>
            </w:pPr>
          </w:p>
          <w:p w14:paraId="5E5A9BEC" w14:textId="77777777" w:rsidR="000626D3" w:rsidRDefault="000626D3" w:rsidP="00D061E4">
            <w:pPr>
              <w:rPr>
                <w:lang w:eastAsia="ja-JP"/>
              </w:rPr>
            </w:pPr>
          </w:p>
        </w:tc>
      </w:tr>
    </w:tbl>
    <w:p w14:paraId="2F4528AF" w14:textId="38BB8652" w:rsidR="0020792C" w:rsidRPr="00400F1D" w:rsidRDefault="00675797" w:rsidP="005F62F4">
      <w:pPr>
        <w:spacing w:before="80"/>
        <w:rPr>
          <w:sz w:val="20"/>
          <w:szCs w:val="20"/>
          <w:lang w:eastAsia="ja-JP"/>
        </w:rPr>
      </w:pPr>
      <w:r>
        <w:rPr>
          <w:sz w:val="20"/>
          <w:szCs w:val="20"/>
          <w:lang w:eastAsia="ja-JP"/>
        </w:rPr>
        <w:br/>
      </w:r>
      <w:r w:rsidR="00E64C95" w:rsidRPr="00400F1D">
        <w:rPr>
          <w:rFonts w:hint="eastAsia"/>
          <w:sz w:val="20"/>
          <w:szCs w:val="20"/>
          <w:lang w:eastAsia="ja-JP"/>
        </w:rPr>
        <w:t>・</w:t>
      </w:r>
      <w:r w:rsidR="00E64C95" w:rsidRPr="00400F1D">
        <w:rPr>
          <w:sz w:val="20"/>
          <w:szCs w:val="20"/>
          <w:lang w:eastAsia="ja-JP"/>
        </w:rPr>
        <w:t>作品・活動の内容を確認できるウェブページ等がある場合は、URLを記載してください。</w:t>
      </w:r>
      <w:r w:rsidR="00E64C95" w:rsidRPr="00400F1D">
        <w:rPr>
          <w:sz w:val="20"/>
          <w:szCs w:val="20"/>
          <w:lang w:eastAsia="ja-JP"/>
        </w:rPr>
        <w:br/>
      </w:r>
      <w:r w:rsidR="00E64C95" w:rsidRPr="00400F1D">
        <w:rPr>
          <w:rFonts w:hint="eastAsia"/>
          <w:sz w:val="20"/>
          <w:szCs w:val="20"/>
          <w:lang w:eastAsia="ja-JP"/>
        </w:rPr>
        <w:t>・</w:t>
      </w:r>
      <w:r w:rsidR="00E64C95" w:rsidRPr="00400F1D">
        <w:rPr>
          <w:sz w:val="20"/>
          <w:szCs w:val="20"/>
          <w:lang w:eastAsia="ja-JP"/>
        </w:rPr>
        <w:t>選考の参考となる資料がある場合は、本申請書と併せてメールに添付して提出することができます。</w:t>
      </w:r>
      <w:r w:rsidR="00CB2C66">
        <w:rPr>
          <w:sz w:val="20"/>
          <w:szCs w:val="20"/>
          <w:lang w:eastAsia="ja-JP"/>
        </w:rPr>
        <w:br/>
      </w:r>
      <w:r w:rsidR="00CB2C66">
        <w:rPr>
          <w:rFonts w:hint="eastAsia"/>
          <w:sz w:val="20"/>
          <w:szCs w:val="20"/>
          <w:lang w:eastAsia="ja-JP"/>
        </w:rPr>
        <w:t>・</w:t>
      </w:r>
      <w:r w:rsidR="007257E9" w:rsidRPr="00400F1D">
        <w:rPr>
          <w:sz w:val="20"/>
          <w:szCs w:val="20"/>
          <w:lang w:eastAsia="ja-JP"/>
        </w:rPr>
        <w:t>提出された申請書及び参考資料は、返却</w:t>
      </w:r>
      <w:r>
        <w:rPr>
          <w:rFonts w:hint="eastAsia"/>
          <w:sz w:val="20"/>
          <w:szCs w:val="20"/>
          <w:lang w:eastAsia="ja-JP"/>
        </w:rPr>
        <w:t>いた</w:t>
      </w:r>
      <w:r w:rsidR="007257E9" w:rsidRPr="00400F1D">
        <w:rPr>
          <w:sz w:val="20"/>
          <w:szCs w:val="20"/>
          <w:lang w:eastAsia="ja-JP"/>
        </w:rPr>
        <w:t>しません。</w:t>
      </w:r>
      <w:r w:rsidR="00400F1D">
        <w:rPr>
          <w:sz w:val="20"/>
          <w:szCs w:val="20"/>
          <w:lang w:eastAsia="ja-JP"/>
        </w:rPr>
        <w:br/>
      </w:r>
      <w:r w:rsidR="00E64C95" w:rsidRPr="00400F1D">
        <w:rPr>
          <w:rFonts w:hint="eastAsia"/>
          <w:sz w:val="20"/>
          <w:szCs w:val="20"/>
          <w:lang w:eastAsia="ja-JP"/>
        </w:rPr>
        <w:t>・</w:t>
      </w:r>
      <w:r w:rsidR="005F62F4" w:rsidRPr="005F62F4">
        <w:rPr>
          <w:rFonts w:hint="eastAsia"/>
          <w:sz w:val="20"/>
          <w:szCs w:val="20"/>
          <w:lang w:eastAsia="ja-JP"/>
        </w:rPr>
        <w:t>本申請書に記載された個人情報は、広島大学ジャーナリズム大賞の選考及び運営に必要な範囲で使用します。</w:t>
      </w:r>
      <w:r w:rsidR="00CB2C66">
        <w:rPr>
          <w:sz w:val="20"/>
          <w:szCs w:val="20"/>
          <w:lang w:eastAsia="ja-JP"/>
        </w:rPr>
        <w:br/>
      </w:r>
      <w:r w:rsidR="00CB2C66">
        <w:rPr>
          <w:rFonts w:hint="eastAsia"/>
          <w:sz w:val="20"/>
          <w:szCs w:val="20"/>
          <w:lang w:eastAsia="ja-JP"/>
        </w:rPr>
        <w:t>・</w:t>
      </w:r>
      <w:r w:rsidR="005F62F4" w:rsidRPr="005F62F4">
        <w:rPr>
          <w:rFonts w:hint="eastAsia"/>
          <w:sz w:val="20"/>
          <w:szCs w:val="20"/>
          <w:lang w:eastAsia="ja-JP"/>
        </w:rPr>
        <w:t>受賞者に関する情報の公表・広報については、募集要項に記載のとおり取り扱います。</w:t>
      </w:r>
      <w:r w:rsidR="0020792C" w:rsidRPr="00400F1D">
        <w:rPr>
          <w:sz w:val="20"/>
          <w:szCs w:val="20"/>
          <w:lang w:eastAsia="ja-JP"/>
        </w:rPr>
        <w:t xml:space="preserve"> </w:t>
      </w:r>
    </w:p>
    <w:sectPr w:rsidR="0020792C" w:rsidRPr="00400F1D" w:rsidSect="00034616">
      <w:pgSz w:w="11906" w:h="16838"/>
      <w:pgMar w:top="680" w:right="850" w:bottom="680"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980C6" w14:textId="77777777" w:rsidR="00CC0671" w:rsidRDefault="00CC0671" w:rsidP="000626D3">
      <w:r>
        <w:separator/>
      </w:r>
    </w:p>
  </w:endnote>
  <w:endnote w:type="continuationSeparator" w:id="0">
    <w:p w14:paraId="2ED80F69" w14:textId="77777777" w:rsidR="00CC0671" w:rsidRDefault="00CC0671" w:rsidP="0006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6F93" w14:textId="77777777" w:rsidR="00CC0671" w:rsidRDefault="00CC0671" w:rsidP="000626D3">
      <w:r>
        <w:separator/>
      </w:r>
    </w:p>
  </w:footnote>
  <w:footnote w:type="continuationSeparator" w:id="0">
    <w:p w14:paraId="00A8F5DA" w14:textId="77777777" w:rsidR="00CC0671" w:rsidRDefault="00CC0671" w:rsidP="00062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58661067">
    <w:abstractNumId w:val="8"/>
  </w:num>
  <w:num w:numId="2" w16cid:durableId="1391809898">
    <w:abstractNumId w:val="6"/>
  </w:num>
  <w:num w:numId="3" w16cid:durableId="1103257803">
    <w:abstractNumId w:val="5"/>
  </w:num>
  <w:num w:numId="4" w16cid:durableId="956451706">
    <w:abstractNumId w:val="4"/>
  </w:num>
  <w:num w:numId="5" w16cid:durableId="223178899">
    <w:abstractNumId w:val="7"/>
  </w:num>
  <w:num w:numId="6" w16cid:durableId="921447765">
    <w:abstractNumId w:val="3"/>
  </w:num>
  <w:num w:numId="7" w16cid:durableId="808084831">
    <w:abstractNumId w:val="2"/>
  </w:num>
  <w:num w:numId="8" w16cid:durableId="1922333342">
    <w:abstractNumId w:val="1"/>
  </w:num>
  <w:num w:numId="9" w16cid:durableId="190448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572"/>
    <w:rsid w:val="00034616"/>
    <w:rsid w:val="000602C0"/>
    <w:rsid w:val="0006063C"/>
    <w:rsid w:val="000626D3"/>
    <w:rsid w:val="00071D6D"/>
    <w:rsid w:val="001140C4"/>
    <w:rsid w:val="001218C0"/>
    <w:rsid w:val="0015074B"/>
    <w:rsid w:val="001774E8"/>
    <w:rsid w:val="0020792C"/>
    <w:rsid w:val="0021353D"/>
    <w:rsid w:val="00244748"/>
    <w:rsid w:val="0029639D"/>
    <w:rsid w:val="002E3EC5"/>
    <w:rsid w:val="00321A56"/>
    <w:rsid w:val="00326F90"/>
    <w:rsid w:val="003618F0"/>
    <w:rsid w:val="003B2883"/>
    <w:rsid w:val="003F2847"/>
    <w:rsid w:val="00400F1D"/>
    <w:rsid w:val="00414BDF"/>
    <w:rsid w:val="00477237"/>
    <w:rsid w:val="00477A92"/>
    <w:rsid w:val="004C452F"/>
    <w:rsid w:val="00554BB6"/>
    <w:rsid w:val="005F62F4"/>
    <w:rsid w:val="00675797"/>
    <w:rsid w:val="006F777F"/>
    <w:rsid w:val="007257E9"/>
    <w:rsid w:val="00751460"/>
    <w:rsid w:val="00762848"/>
    <w:rsid w:val="007867FE"/>
    <w:rsid w:val="00804F17"/>
    <w:rsid w:val="00851E26"/>
    <w:rsid w:val="00857AB8"/>
    <w:rsid w:val="0086109E"/>
    <w:rsid w:val="00A44719"/>
    <w:rsid w:val="00A610AB"/>
    <w:rsid w:val="00A953DE"/>
    <w:rsid w:val="00AA1D8D"/>
    <w:rsid w:val="00AB12E1"/>
    <w:rsid w:val="00B47730"/>
    <w:rsid w:val="00B93AFC"/>
    <w:rsid w:val="00B96375"/>
    <w:rsid w:val="00BB2900"/>
    <w:rsid w:val="00BB6BEE"/>
    <w:rsid w:val="00C60D2D"/>
    <w:rsid w:val="00CB0664"/>
    <w:rsid w:val="00CB2C66"/>
    <w:rsid w:val="00CC0671"/>
    <w:rsid w:val="00CC52C2"/>
    <w:rsid w:val="00CE0E5E"/>
    <w:rsid w:val="00CF1C85"/>
    <w:rsid w:val="00D061E4"/>
    <w:rsid w:val="00D427CC"/>
    <w:rsid w:val="00D435B2"/>
    <w:rsid w:val="00D53624"/>
    <w:rsid w:val="00D8266B"/>
    <w:rsid w:val="00DC29C2"/>
    <w:rsid w:val="00E53F90"/>
    <w:rsid w:val="00E64C95"/>
    <w:rsid w:val="00E77465"/>
    <w:rsid w:val="00E83C5B"/>
    <w:rsid w:val="00EB3C8D"/>
    <w:rsid w:val="00EE5249"/>
    <w:rsid w:val="00F003B0"/>
    <w:rsid w:val="00F24C59"/>
    <w:rsid w:val="00F40C05"/>
    <w:rsid w:val="00F415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ABD921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游明朝" w:eastAsia="游明朝" w:hAnsi="游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7257E9"/>
    <w:rPr>
      <w:rFonts w:ascii="Times New Roman" w:hAnsi="Times New Roman" w:cs="Times New Roman"/>
      <w:sz w:val="24"/>
      <w:szCs w:val="24"/>
    </w:rPr>
  </w:style>
  <w:style w:type="paragraph" w:styleId="aff">
    <w:name w:val="Revision"/>
    <w:hidden/>
    <w:uiPriority w:val="99"/>
    <w:semiHidden/>
    <w:rsid w:val="00244748"/>
    <w:pPr>
      <w:spacing w:after="0" w:line="240" w:lineRule="auto"/>
    </w:pPr>
    <w:rPr>
      <w:rFonts w:ascii="游明朝" w:eastAsia="游明朝" w:hAnsi="游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112">
      <w:bodyDiv w:val="1"/>
      <w:marLeft w:val="0"/>
      <w:marRight w:val="0"/>
      <w:marTop w:val="0"/>
      <w:marBottom w:val="0"/>
      <w:divBdr>
        <w:top w:val="none" w:sz="0" w:space="0" w:color="auto"/>
        <w:left w:val="none" w:sz="0" w:space="0" w:color="auto"/>
        <w:bottom w:val="none" w:sz="0" w:space="0" w:color="auto"/>
        <w:right w:val="none" w:sz="0" w:space="0" w:color="auto"/>
      </w:divBdr>
    </w:div>
    <w:div w:id="27876952">
      <w:bodyDiv w:val="1"/>
      <w:marLeft w:val="0"/>
      <w:marRight w:val="0"/>
      <w:marTop w:val="0"/>
      <w:marBottom w:val="0"/>
      <w:divBdr>
        <w:top w:val="none" w:sz="0" w:space="0" w:color="auto"/>
        <w:left w:val="none" w:sz="0" w:space="0" w:color="auto"/>
        <w:bottom w:val="none" w:sz="0" w:space="0" w:color="auto"/>
        <w:right w:val="none" w:sz="0" w:space="0" w:color="auto"/>
      </w:divBdr>
    </w:div>
    <w:div w:id="226192141">
      <w:bodyDiv w:val="1"/>
      <w:marLeft w:val="0"/>
      <w:marRight w:val="0"/>
      <w:marTop w:val="0"/>
      <w:marBottom w:val="0"/>
      <w:divBdr>
        <w:top w:val="none" w:sz="0" w:space="0" w:color="auto"/>
        <w:left w:val="none" w:sz="0" w:space="0" w:color="auto"/>
        <w:bottom w:val="none" w:sz="0" w:space="0" w:color="auto"/>
        <w:right w:val="none" w:sz="0" w:space="0" w:color="auto"/>
      </w:divBdr>
    </w:div>
    <w:div w:id="301470385">
      <w:bodyDiv w:val="1"/>
      <w:marLeft w:val="0"/>
      <w:marRight w:val="0"/>
      <w:marTop w:val="0"/>
      <w:marBottom w:val="0"/>
      <w:divBdr>
        <w:top w:val="none" w:sz="0" w:space="0" w:color="auto"/>
        <w:left w:val="none" w:sz="0" w:space="0" w:color="auto"/>
        <w:bottom w:val="none" w:sz="0" w:space="0" w:color="auto"/>
        <w:right w:val="none" w:sz="0" w:space="0" w:color="auto"/>
      </w:divBdr>
    </w:div>
    <w:div w:id="491989931">
      <w:bodyDiv w:val="1"/>
      <w:marLeft w:val="0"/>
      <w:marRight w:val="0"/>
      <w:marTop w:val="0"/>
      <w:marBottom w:val="0"/>
      <w:divBdr>
        <w:top w:val="none" w:sz="0" w:space="0" w:color="auto"/>
        <w:left w:val="none" w:sz="0" w:space="0" w:color="auto"/>
        <w:bottom w:val="none" w:sz="0" w:space="0" w:color="auto"/>
        <w:right w:val="none" w:sz="0" w:space="0" w:color="auto"/>
      </w:divBdr>
    </w:div>
    <w:div w:id="756437565">
      <w:bodyDiv w:val="1"/>
      <w:marLeft w:val="0"/>
      <w:marRight w:val="0"/>
      <w:marTop w:val="0"/>
      <w:marBottom w:val="0"/>
      <w:divBdr>
        <w:top w:val="none" w:sz="0" w:space="0" w:color="auto"/>
        <w:left w:val="none" w:sz="0" w:space="0" w:color="auto"/>
        <w:bottom w:val="none" w:sz="0" w:space="0" w:color="auto"/>
        <w:right w:val="none" w:sz="0" w:space="0" w:color="auto"/>
      </w:divBdr>
    </w:div>
    <w:div w:id="1031801610">
      <w:bodyDiv w:val="1"/>
      <w:marLeft w:val="0"/>
      <w:marRight w:val="0"/>
      <w:marTop w:val="0"/>
      <w:marBottom w:val="0"/>
      <w:divBdr>
        <w:top w:val="none" w:sz="0" w:space="0" w:color="auto"/>
        <w:left w:val="none" w:sz="0" w:space="0" w:color="auto"/>
        <w:bottom w:val="none" w:sz="0" w:space="0" w:color="auto"/>
        <w:right w:val="none" w:sz="0" w:space="0" w:color="auto"/>
      </w:divBdr>
    </w:div>
    <w:div w:id="1057439219">
      <w:bodyDiv w:val="1"/>
      <w:marLeft w:val="0"/>
      <w:marRight w:val="0"/>
      <w:marTop w:val="0"/>
      <w:marBottom w:val="0"/>
      <w:divBdr>
        <w:top w:val="none" w:sz="0" w:space="0" w:color="auto"/>
        <w:left w:val="none" w:sz="0" w:space="0" w:color="auto"/>
        <w:bottom w:val="none" w:sz="0" w:space="0" w:color="auto"/>
        <w:right w:val="none" w:sz="0" w:space="0" w:color="auto"/>
      </w:divBdr>
    </w:div>
    <w:div w:id="1315333146">
      <w:bodyDiv w:val="1"/>
      <w:marLeft w:val="0"/>
      <w:marRight w:val="0"/>
      <w:marTop w:val="0"/>
      <w:marBottom w:val="0"/>
      <w:divBdr>
        <w:top w:val="none" w:sz="0" w:space="0" w:color="auto"/>
        <w:left w:val="none" w:sz="0" w:space="0" w:color="auto"/>
        <w:bottom w:val="none" w:sz="0" w:space="0" w:color="auto"/>
        <w:right w:val="none" w:sz="0" w:space="0" w:color="auto"/>
      </w:divBdr>
    </w:div>
    <w:div w:id="1317028887">
      <w:bodyDiv w:val="1"/>
      <w:marLeft w:val="0"/>
      <w:marRight w:val="0"/>
      <w:marTop w:val="0"/>
      <w:marBottom w:val="0"/>
      <w:divBdr>
        <w:top w:val="none" w:sz="0" w:space="0" w:color="auto"/>
        <w:left w:val="none" w:sz="0" w:space="0" w:color="auto"/>
        <w:bottom w:val="none" w:sz="0" w:space="0" w:color="auto"/>
        <w:right w:val="none" w:sz="0" w:space="0" w:color="auto"/>
      </w:divBdr>
    </w:div>
    <w:div w:id="1318222205">
      <w:bodyDiv w:val="1"/>
      <w:marLeft w:val="0"/>
      <w:marRight w:val="0"/>
      <w:marTop w:val="0"/>
      <w:marBottom w:val="0"/>
      <w:divBdr>
        <w:top w:val="none" w:sz="0" w:space="0" w:color="auto"/>
        <w:left w:val="none" w:sz="0" w:space="0" w:color="auto"/>
        <w:bottom w:val="none" w:sz="0" w:space="0" w:color="auto"/>
        <w:right w:val="none" w:sz="0" w:space="0" w:color="auto"/>
      </w:divBdr>
    </w:div>
    <w:div w:id="1375501345">
      <w:bodyDiv w:val="1"/>
      <w:marLeft w:val="0"/>
      <w:marRight w:val="0"/>
      <w:marTop w:val="0"/>
      <w:marBottom w:val="0"/>
      <w:divBdr>
        <w:top w:val="none" w:sz="0" w:space="0" w:color="auto"/>
        <w:left w:val="none" w:sz="0" w:space="0" w:color="auto"/>
        <w:bottom w:val="none" w:sz="0" w:space="0" w:color="auto"/>
        <w:right w:val="none" w:sz="0" w:space="0" w:color="auto"/>
      </w:divBdr>
    </w:div>
    <w:div w:id="1414233619">
      <w:bodyDiv w:val="1"/>
      <w:marLeft w:val="0"/>
      <w:marRight w:val="0"/>
      <w:marTop w:val="0"/>
      <w:marBottom w:val="0"/>
      <w:divBdr>
        <w:top w:val="none" w:sz="0" w:space="0" w:color="auto"/>
        <w:left w:val="none" w:sz="0" w:space="0" w:color="auto"/>
        <w:bottom w:val="none" w:sz="0" w:space="0" w:color="auto"/>
        <w:right w:val="none" w:sz="0" w:space="0" w:color="auto"/>
      </w:divBdr>
    </w:div>
    <w:div w:id="1423456674">
      <w:bodyDiv w:val="1"/>
      <w:marLeft w:val="0"/>
      <w:marRight w:val="0"/>
      <w:marTop w:val="0"/>
      <w:marBottom w:val="0"/>
      <w:divBdr>
        <w:top w:val="none" w:sz="0" w:space="0" w:color="auto"/>
        <w:left w:val="none" w:sz="0" w:space="0" w:color="auto"/>
        <w:bottom w:val="none" w:sz="0" w:space="0" w:color="auto"/>
        <w:right w:val="none" w:sz="0" w:space="0" w:color="auto"/>
      </w:divBdr>
    </w:div>
    <w:div w:id="1566063132">
      <w:bodyDiv w:val="1"/>
      <w:marLeft w:val="0"/>
      <w:marRight w:val="0"/>
      <w:marTop w:val="0"/>
      <w:marBottom w:val="0"/>
      <w:divBdr>
        <w:top w:val="none" w:sz="0" w:space="0" w:color="auto"/>
        <w:left w:val="none" w:sz="0" w:space="0" w:color="auto"/>
        <w:bottom w:val="none" w:sz="0" w:space="0" w:color="auto"/>
        <w:right w:val="none" w:sz="0" w:space="0" w:color="auto"/>
      </w:divBdr>
    </w:div>
    <w:div w:id="1616912114">
      <w:bodyDiv w:val="1"/>
      <w:marLeft w:val="0"/>
      <w:marRight w:val="0"/>
      <w:marTop w:val="0"/>
      <w:marBottom w:val="0"/>
      <w:divBdr>
        <w:top w:val="none" w:sz="0" w:space="0" w:color="auto"/>
        <w:left w:val="none" w:sz="0" w:space="0" w:color="auto"/>
        <w:bottom w:val="none" w:sz="0" w:space="0" w:color="auto"/>
        <w:right w:val="none" w:sz="0" w:space="0" w:color="auto"/>
      </w:divBdr>
    </w:div>
    <w:div w:id="1650481070">
      <w:bodyDiv w:val="1"/>
      <w:marLeft w:val="0"/>
      <w:marRight w:val="0"/>
      <w:marTop w:val="0"/>
      <w:marBottom w:val="0"/>
      <w:divBdr>
        <w:top w:val="none" w:sz="0" w:space="0" w:color="auto"/>
        <w:left w:val="none" w:sz="0" w:space="0" w:color="auto"/>
        <w:bottom w:val="none" w:sz="0" w:space="0" w:color="auto"/>
        <w:right w:val="none" w:sz="0" w:space="0" w:color="auto"/>
      </w:divBdr>
    </w:div>
    <w:div w:id="1852255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E65D4-76B4-4EDD-9B3D-8AE6423FA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818</Characters>
  <Application>Microsoft Office Word</Application>
  <DocSecurity>0</DocSecurity>
  <Lines>6</Lines>
  <Paragraphs>1</Paragraphs>
  <ScaleCrop>false</ScaleCrop>
  <Manager/>
  <Company/>
  <LinksUpToDate>false</LinksUpToDate>
  <CharactersWithSpaces>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2026-10-30T07:27:00Z</dcterms:created>
  <dcterms:modified xsi:type="dcterms:W3CDTF">2026-10-30T07:27:00Z</dcterms:modified>
  <cp:category/>
</cp:coreProperties>
</file>